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Normativas</w:t>
      </w:r>
    </w:p>
    <w:p>
      <w:r>
        <w:t>ACEPRO · acepro.es</w:t>
      </w:r>
    </w:p>
    <w:p>
      <w:pPr/>
      <w:r>
        <w:t>Fecha de publicación:</w:t>
      </w:r>
      <w:r>
        <w:t xml:space="preserve"> 17/06/2020</w:t>
      </w:r>
    </w:p>
    <w:p>
      <w:pPr/>
      <w:r>
        <w:t>Última actualización:</w:t>
      </w:r>
      <w:r>
        <w:t xml:space="preserve"> 15/10/2026</w:t>
      </w:r>
    </w:p>
    <w:p>
      <w:pPr/>
      <w:r>
        <w:t>En cumplimiento con la Normativa que regula el derecho de acceso a la información y para una gestión transparente, ponemos a su disposición, toda la información relativa la normativa a la que estamos sujetos.</w:t>
      </w:r>
    </w:p>
    <w:p>
      <w:pPr/>
      <w:r>
        <w:t xml:space="preserve">– </w:t>
      </w:r>
      <w:hyperlink r:id="rId9">
        <w:r>
          <w:rPr>
            <w:color w:val="0056B3"/>
            <w:u w:val="single"/>
          </w:rPr>
          <w:t>Estatutos de la entidad</w:t>
        </w:r>
      </w:hyperlink>
      <w:r>
        <w:t xml:space="preserve"> (</w:t>
      </w:r>
      <w:hyperlink r:id="rId10">
        <w:r>
          <w:rPr>
            <w:color w:val="0056B3"/>
            <w:u w:val="single"/>
          </w:rPr>
          <w:t>ODT</w:t>
        </w:r>
      </w:hyperlink>
      <w:r>
        <w:t>) (</w:t>
      </w:r>
      <w:hyperlink r:id="rId11">
        <w:r>
          <w:rPr>
            <w:color w:val="0056B3"/>
            <w:u w:val="single"/>
          </w:rPr>
          <w:t>PDF</w:t>
        </w:r>
      </w:hyperlink>
      <w:r>
        <w:t>) (</w:t>
      </w:r>
      <w:hyperlink r:id="rId12">
        <w:r>
          <w:rPr>
            <w:color w:val="0056B3"/>
            <w:u w:val="single"/>
          </w:rPr>
          <w:t>DOCX</w:t>
        </w:r>
      </w:hyperlink>
      <w:r>
        <w:t>)</w:t>
      </w:r>
    </w:p>
    <w:p>
      <w:pPr/>
      <w:r>
        <w:t xml:space="preserve">– </w:t>
      </w:r>
      <w:hyperlink r:id="rId13">
        <w:r>
          <w:rPr>
            <w:color w:val="0056B3"/>
            <w:u w:val="single"/>
          </w:rPr>
          <w:t>Ley 19/2013, de 09 de diciembre, de transparencia, acceso a la información pública y buen Gobierno.</w:t>
        </w:r>
      </w:hyperlink>
    </w:p>
    <w:p>
      <w:pPr/>
      <w:r>
        <w:t xml:space="preserve">– </w:t>
      </w:r>
      <w:hyperlink r:id="rId14">
        <w:r>
          <w:rPr>
            <w:color w:val="0056B3"/>
            <w:u w:val="single"/>
          </w:rPr>
          <w:t>Ley 12/2014, de 26 de diciembre, de transparencia y de acceso a la información pública – Comunidad Autónoma de Canarias.</w:t>
        </w:r>
      </w:hyperlink>
    </w:p>
    <w:p>
      <w:pPr/>
      <w:r>
        <w:t xml:space="preserve">– </w:t>
      </w:r>
      <w:hyperlink r:id="rId15">
        <w:r>
          <w:rPr>
            <w:color w:val="0056B3"/>
            <w:u w:val="single"/>
          </w:rPr>
          <w:t>Ley Orgánica 1/2002, de 22 de marzo, reguladora del Derecho de Asociación.</w:t>
        </w:r>
      </w:hyperlink>
    </w:p>
    <w:p>
      <w:pPr/>
      <w:r>
        <w:t xml:space="preserve">– </w:t>
      </w:r>
      <w:hyperlink r:id="rId16">
        <w:r>
          <w:rPr>
            <w:color w:val="0056B3"/>
            <w:u w:val="single"/>
          </w:rPr>
          <w:t>Ley 4/2003, de 28 de febrero, de Asociaciones de Canarias.</w:t>
        </w:r>
      </w:hyperlink>
    </w:p>
    <w:p>
      <w:pPr/>
      <w:r>
        <w:t>–</w:t>
      </w:r>
      <w:hyperlink r:id="rId17">
        <w:r>
          <w:rPr>
            <w:color w:val="0056B3"/>
            <w:u w:val="single"/>
          </w:rPr>
          <w:t>Ley 38-2003, de 17 de noviembre, General de Subvenciones.</w:t>
        </w:r>
      </w:hyperlink>
    </w:p>
    <w:p>
      <w:pPr/>
      <w:r>
        <w:t>–</w:t>
      </w:r>
      <w:hyperlink r:id="rId18">
        <w:r>
          <w:rPr>
            <w:color w:val="0056B3"/>
            <w:u w:val="single"/>
          </w:rPr>
          <w:t>Orden TES/26/2022, de 20 de enero, por la que se modifica la Orden TMS/368/2019, de 28 de marzo, por la que se desarrolla el Real Decreto 694/2017, de 3 de julio, por el que se desarrolla la Ley 30/2015, de 9 de septiembre, por la que se regula el Sistema de Formación Profesional para el Empleo en el ámbito laboral, en relación con la oferta formativa de las administraciones competentes y su financiación, y se establecen las bases reguladoras para la concesión de subvenciones públicas destinadas a su financiación</w:t>
        </w:r>
      </w:hyperlink>
      <w:r>
        <w:t>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cepro.es/portal-transparencia/estatutos-de-acepro/" TargetMode="External"/><Relationship Id="rId10" Type="http://schemas.openxmlformats.org/officeDocument/2006/relationships/hyperlink" Target="https://acepro.es/wp-content/uploads/2026/10/Estatutos-ACEPRO.odt" TargetMode="External"/><Relationship Id="rId11" Type="http://schemas.openxmlformats.org/officeDocument/2006/relationships/hyperlink" Target="https://acepro.es/wp-content/uploads/2026/10/Estatutos-ACEPRO.pdf" TargetMode="External"/><Relationship Id="rId12" Type="http://schemas.openxmlformats.org/officeDocument/2006/relationships/hyperlink" Target="https://acepro.es/wp-content/uploads/2026/10/Estatutos-ACEPRO.docx" TargetMode="External"/><Relationship Id="rId13" Type="http://schemas.openxmlformats.org/officeDocument/2006/relationships/hyperlink" Target="https://www.boe.es/buscar/act.php?id=BOE-A-2013-12887" TargetMode="External"/><Relationship Id="rId14" Type="http://schemas.openxmlformats.org/officeDocument/2006/relationships/hyperlink" Target="https://www.boe.es/buscar/doc.php?id=BOE-A-2015-1114" TargetMode="External"/><Relationship Id="rId15" Type="http://schemas.openxmlformats.org/officeDocument/2006/relationships/hyperlink" Target="https://www.boe.es/buscar/doc.php?id=BOE-A-2002-5852" TargetMode="External"/><Relationship Id="rId16" Type="http://schemas.openxmlformats.org/officeDocument/2006/relationships/hyperlink" Target="https://www.boe.es/buscar/pdf/2003/BOE-A-2003-6500-consolidado.pdf" TargetMode="External"/><Relationship Id="rId17" Type="http://schemas.openxmlformats.org/officeDocument/2006/relationships/hyperlink" Target="https://www.boe.es/buscar/act.php?id=BOE-A-2003-20977" TargetMode="External"/><Relationship Id="rId18" Type="http://schemas.openxmlformats.org/officeDocument/2006/relationships/hyperlink" Target="https://www.boe.es/diario_boe/txt.php?id=BOE-A-2022-1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Normativas de ACEPRO</dc:title>
  <dc:subject/>
  <dc:creator>ACEPRO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